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99" w:rsidRPr="009335A6" w:rsidRDefault="00510A8E" w:rsidP="007323FA">
      <w:pPr>
        <w:pStyle w:val="1"/>
        <w:jc w:val="center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335A6">
        <w:rPr>
          <w:rFonts w:ascii="Times New Roman" w:hAnsi="Times New Roman" w:cs="Times New Roman"/>
          <w:color w:val="auto"/>
          <w:sz w:val="22"/>
          <w:szCs w:val="22"/>
          <w:lang w:val="ru-RU"/>
        </w:rPr>
        <w:t>Пользовательское соглашение</w:t>
      </w:r>
    </w:p>
    <w:p w:rsidR="00171F99" w:rsidRPr="009335A6" w:rsidRDefault="00510A8E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335A6">
        <w:rPr>
          <w:rFonts w:ascii="Times New Roman" w:hAnsi="Times New Roman" w:cs="Times New Roman"/>
          <w:color w:val="auto"/>
          <w:sz w:val="22"/>
          <w:szCs w:val="22"/>
          <w:lang w:val="ru-RU"/>
        </w:rPr>
        <w:t>1. Общие положения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 xml:space="preserve">1.1. Настоящее Пользовательское соглашение (далее — Соглашение) регулирует отношения между владельцем платформы знакомств «Сомолитвенники» (далее — Администрация, Платформа) и пользователем (далее — Пользователь) при использовании сайта </w:t>
      </w:r>
      <w:r w:rsidRPr="009335A6">
        <w:rPr>
          <w:rFonts w:ascii="Times New Roman" w:hAnsi="Times New Roman" w:cs="Times New Roman"/>
        </w:rPr>
        <w:t>https</w:t>
      </w:r>
      <w:r w:rsidRPr="009335A6">
        <w:rPr>
          <w:rFonts w:ascii="Times New Roman" w:hAnsi="Times New Roman" w:cs="Times New Roman"/>
          <w:lang w:val="ru-RU"/>
        </w:rPr>
        <w:t>://</w:t>
      </w:r>
      <w:r w:rsidRPr="009335A6">
        <w:rPr>
          <w:rFonts w:ascii="Times New Roman" w:hAnsi="Times New Roman" w:cs="Times New Roman"/>
        </w:rPr>
        <w:t>znakomstva</w:t>
      </w:r>
      <w:r w:rsidRPr="009335A6">
        <w:rPr>
          <w:rFonts w:ascii="Times New Roman" w:hAnsi="Times New Roman" w:cs="Times New Roman"/>
          <w:lang w:val="ru-RU"/>
        </w:rPr>
        <w:t>.</w:t>
      </w:r>
      <w:r w:rsidRPr="009335A6">
        <w:rPr>
          <w:rFonts w:ascii="Times New Roman" w:hAnsi="Times New Roman" w:cs="Times New Roman"/>
        </w:rPr>
        <w:t>somolitvenniki</w:t>
      </w:r>
      <w:r w:rsidRPr="009335A6">
        <w:rPr>
          <w:rFonts w:ascii="Times New Roman" w:hAnsi="Times New Roman" w:cs="Times New Roman"/>
          <w:lang w:val="ru-RU"/>
        </w:rPr>
        <w:t>.</w:t>
      </w:r>
      <w:r w:rsidRPr="009335A6">
        <w:rPr>
          <w:rFonts w:ascii="Times New Roman" w:hAnsi="Times New Roman" w:cs="Times New Roman"/>
        </w:rPr>
        <w:t>ru</w:t>
      </w:r>
      <w:r w:rsidRPr="009335A6">
        <w:rPr>
          <w:rFonts w:ascii="Times New Roman" w:hAnsi="Times New Roman" w:cs="Times New Roman"/>
          <w:lang w:val="ru-RU"/>
        </w:rPr>
        <w:t>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1.2. Пользователь обязан ознакомиться с условиями Соглашения до начала использования Платформы. Регистрация на сайте означает безусловное принятие Пользователем условий данного Соглашения.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1.3. Платформа предназначена для персонального некоммерческого использования. Администрация предоставляет Пользователю доступ к функционалу сайта, включая создание анкеты, просмотр других анкет, общение и иные функции.</w:t>
      </w:r>
    </w:p>
    <w:p w:rsidR="00171F99" w:rsidRPr="009335A6" w:rsidRDefault="00510A8E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335A6">
        <w:rPr>
          <w:rFonts w:ascii="Times New Roman" w:hAnsi="Times New Roman" w:cs="Times New Roman"/>
          <w:color w:val="auto"/>
          <w:sz w:val="22"/>
          <w:szCs w:val="22"/>
          <w:lang w:val="ru-RU"/>
        </w:rPr>
        <w:t>2. Регистрация и учетная запись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2.1. Для использования Платформы необходимо пройти процедуру регистрации и создать личный аккаунт.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2.2. Пользователь обязуется предоставлять достоверную информацию и поддерживать её актуальность.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2.3. Пользователь несёт ответственность за сохранность доступа к своей учетной записи.</w:t>
      </w:r>
    </w:p>
    <w:p w:rsidR="00171F99" w:rsidRPr="009335A6" w:rsidRDefault="00510A8E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335A6">
        <w:rPr>
          <w:rFonts w:ascii="Times New Roman" w:hAnsi="Times New Roman" w:cs="Times New Roman"/>
          <w:color w:val="auto"/>
          <w:sz w:val="22"/>
          <w:szCs w:val="22"/>
          <w:lang w:val="ru-RU"/>
        </w:rPr>
        <w:t>3. Права и обязанности сторон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3.1. Пользователь обязуется:</w:t>
      </w:r>
      <w:r w:rsidRPr="009335A6">
        <w:rPr>
          <w:rFonts w:ascii="Times New Roman" w:hAnsi="Times New Roman" w:cs="Times New Roman"/>
          <w:lang w:val="ru-RU"/>
        </w:rPr>
        <w:br/>
        <w:t>- Не нарушать законодательства РФ;</w:t>
      </w:r>
      <w:r w:rsidRPr="009335A6">
        <w:rPr>
          <w:rFonts w:ascii="Times New Roman" w:hAnsi="Times New Roman" w:cs="Times New Roman"/>
          <w:lang w:val="ru-RU"/>
        </w:rPr>
        <w:br/>
        <w:t>- Не публиковать оскорбительный, ложный, дискриминирующий или запрещённый контент;</w:t>
      </w:r>
      <w:r w:rsidRPr="009335A6">
        <w:rPr>
          <w:rFonts w:ascii="Times New Roman" w:hAnsi="Times New Roman" w:cs="Times New Roman"/>
          <w:lang w:val="ru-RU"/>
        </w:rPr>
        <w:br/>
        <w:t>- Уважительно относиться к другим пользователям.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3.2. Администрация вправе:</w:t>
      </w:r>
      <w:r w:rsidRPr="009335A6">
        <w:rPr>
          <w:rFonts w:ascii="Times New Roman" w:hAnsi="Times New Roman" w:cs="Times New Roman"/>
          <w:lang w:val="ru-RU"/>
        </w:rPr>
        <w:br/>
        <w:t>- Удалить или заблокировать аккаунт при нарушении условий Соглашения;</w:t>
      </w:r>
      <w:r w:rsidRPr="009335A6">
        <w:rPr>
          <w:rFonts w:ascii="Times New Roman" w:hAnsi="Times New Roman" w:cs="Times New Roman"/>
          <w:lang w:val="ru-RU"/>
        </w:rPr>
        <w:br/>
        <w:t>- Модерировать или удалять контент, нарушающий нормы морали или законодательства.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3.3. Администрация не участвует в общении между пользователями и не несёт ответственности за возможные последствия таких взаимодействий.</w:t>
      </w:r>
    </w:p>
    <w:p w:rsidR="00171F99" w:rsidRPr="009335A6" w:rsidRDefault="00510A8E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335A6">
        <w:rPr>
          <w:rFonts w:ascii="Times New Roman" w:hAnsi="Times New Roman" w:cs="Times New Roman"/>
          <w:color w:val="auto"/>
          <w:sz w:val="22"/>
          <w:szCs w:val="22"/>
          <w:lang w:val="ru-RU"/>
        </w:rPr>
        <w:t>4. Ограничение ответственности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4.1. Платформа предоставляется «как есть». Администрация не гарантирует непрерывную и безошибочную работу сайта.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4.2. Администрация не несёт ответственности за:</w:t>
      </w:r>
      <w:r w:rsidRPr="009335A6">
        <w:rPr>
          <w:rFonts w:ascii="Times New Roman" w:hAnsi="Times New Roman" w:cs="Times New Roman"/>
          <w:lang w:val="ru-RU"/>
        </w:rPr>
        <w:br/>
        <w:t>- Действия пользователей;</w:t>
      </w:r>
      <w:r w:rsidRPr="009335A6">
        <w:rPr>
          <w:rFonts w:ascii="Times New Roman" w:hAnsi="Times New Roman" w:cs="Times New Roman"/>
          <w:lang w:val="ru-RU"/>
        </w:rPr>
        <w:br/>
        <w:t xml:space="preserve">- Потери, понесённые в результате использования или невозможности использования </w:t>
      </w:r>
      <w:r w:rsidRPr="009335A6">
        <w:rPr>
          <w:rFonts w:ascii="Times New Roman" w:hAnsi="Times New Roman" w:cs="Times New Roman"/>
          <w:lang w:val="ru-RU"/>
        </w:rPr>
        <w:lastRenderedPageBreak/>
        <w:t>Платформы;</w:t>
      </w:r>
      <w:r w:rsidRPr="009335A6">
        <w:rPr>
          <w:rFonts w:ascii="Times New Roman" w:hAnsi="Times New Roman" w:cs="Times New Roman"/>
          <w:lang w:val="ru-RU"/>
        </w:rPr>
        <w:br/>
        <w:t>- Достоверность данных, размещённых в анкетах и сообщениях.</w:t>
      </w:r>
    </w:p>
    <w:p w:rsidR="00171F99" w:rsidRPr="009335A6" w:rsidRDefault="00510A8E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335A6">
        <w:rPr>
          <w:rFonts w:ascii="Times New Roman" w:hAnsi="Times New Roman" w:cs="Times New Roman"/>
          <w:color w:val="auto"/>
          <w:sz w:val="22"/>
          <w:szCs w:val="22"/>
          <w:lang w:val="ru-RU"/>
        </w:rPr>
        <w:t>5. Интеллектуальная собственность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5.1. Все права на дизайн, программный код, логотипы и иные элементы Платформы принадлежат Администрации.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5.2. Пользователь не имеет права копировать, распространять или использовать элементы сайта без письменного согласия Администрации.</w:t>
      </w:r>
    </w:p>
    <w:p w:rsidR="00171F99" w:rsidRPr="009335A6" w:rsidRDefault="00510A8E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335A6">
        <w:rPr>
          <w:rFonts w:ascii="Times New Roman" w:hAnsi="Times New Roman" w:cs="Times New Roman"/>
          <w:color w:val="auto"/>
          <w:sz w:val="22"/>
          <w:szCs w:val="22"/>
          <w:lang w:val="ru-RU"/>
        </w:rPr>
        <w:t>6. Изменение условий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6.1. Администрация вправе в любое время изменять условия настоящего Соглашения.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6.2. Новая редакция вступает в силу с момента её публикации. Продолжение использования Платформы означает согласие с изменениями.</w:t>
      </w:r>
    </w:p>
    <w:p w:rsidR="00171F99" w:rsidRPr="009335A6" w:rsidRDefault="00510A8E">
      <w:pPr>
        <w:pStyle w:val="21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9335A6">
        <w:rPr>
          <w:rFonts w:ascii="Times New Roman" w:hAnsi="Times New Roman" w:cs="Times New Roman"/>
          <w:color w:val="auto"/>
          <w:sz w:val="22"/>
          <w:szCs w:val="22"/>
          <w:lang w:val="ru-RU"/>
        </w:rPr>
        <w:t>7. Заключительные положения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7.1. К настоящему Соглашению применяется законодательство Российской Федерации.</w:t>
      </w:r>
    </w:p>
    <w:p w:rsidR="00171F99" w:rsidRPr="009335A6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>7.2. Все возможные споры подлежат разрешению в соответствии с законодательством РФ.</w:t>
      </w:r>
    </w:p>
    <w:p w:rsidR="00171F99" w:rsidRPr="007323FA" w:rsidRDefault="00510A8E">
      <w:pPr>
        <w:rPr>
          <w:rFonts w:ascii="Times New Roman" w:hAnsi="Times New Roman" w:cs="Times New Roman"/>
          <w:lang w:val="ru-RU"/>
        </w:rPr>
      </w:pPr>
      <w:r w:rsidRPr="009335A6">
        <w:rPr>
          <w:rFonts w:ascii="Times New Roman" w:hAnsi="Times New Roman" w:cs="Times New Roman"/>
          <w:lang w:val="ru-RU"/>
        </w:rPr>
        <w:t xml:space="preserve">7.3. В случае возникновения вопросов Пользователь может обратиться к Администрации по адресу электронной почты: </w:t>
      </w:r>
      <w:r w:rsidR="007323FA" w:rsidRPr="007323FA">
        <w:rPr>
          <w:rFonts w:ascii="Times New Roman" w:hAnsi="Times New Roman" w:cs="Times New Roman"/>
          <w:b/>
        </w:rPr>
        <w:t>somolitvenniki</w:t>
      </w:r>
      <w:r w:rsidR="007323FA" w:rsidRPr="007323FA">
        <w:rPr>
          <w:rFonts w:ascii="Times New Roman" w:hAnsi="Times New Roman" w:cs="Times New Roman"/>
          <w:b/>
          <w:lang w:val="ru-RU"/>
        </w:rPr>
        <w:t>@</w:t>
      </w:r>
      <w:r w:rsidR="007323FA" w:rsidRPr="007323FA">
        <w:rPr>
          <w:rFonts w:ascii="Times New Roman" w:hAnsi="Times New Roman" w:cs="Times New Roman"/>
          <w:b/>
        </w:rPr>
        <w:t>yandex</w:t>
      </w:r>
      <w:r w:rsidR="007323FA" w:rsidRPr="007323FA">
        <w:rPr>
          <w:rFonts w:ascii="Times New Roman" w:hAnsi="Times New Roman" w:cs="Times New Roman"/>
          <w:b/>
          <w:lang w:val="ru-RU"/>
        </w:rPr>
        <w:t>.</w:t>
      </w:r>
      <w:r w:rsidR="007323FA" w:rsidRPr="007323FA">
        <w:rPr>
          <w:rFonts w:ascii="Times New Roman" w:hAnsi="Times New Roman" w:cs="Times New Roman"/>
          <w:b/>
        </w:rPr>
        <w:t>ru</w:t>
      </w:r>
      <w:r w:rsidR="007323FA">
        <w:rPr>
          <w:rFonts w:ascii="Times New Roman" w:hAnsi="Times New Roman" w:cs="Times New Roman"/>
          <w:b/>
          <w:lang w:val="ru-RU"/>
        </w:rPr>
        <w:t>.</w:t>
      </w:r>
      <w:bookmarkStart w:id="0" w:name="_GoBack"/>
      <w:bookmarkEnd w:id="0"/>
    </w:p>
    <w:sectPr w:rsidR="00171F99" w:rsidRPr="007323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71F99"/>
    <w:rsid w:val="0029639D"/>
    <w:rsid w:val="00326F90"/>
    <w:rsid w:val="00510A8E"/>
    <w:rsid w:val="007323FA"/>
    <w:rsid w:val="009335A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B0EC4"/>
  <w14:defaultImageDpi w14:val="300"/>
  <w15:docId w15:val="{2405AA6B-C9D5-45E2-A308-B2DDAB84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180FB1-6A37-44D7-AB15-CF86CFF7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Майоров Алексей Владимирович</cp:lastModifiedBy>
  <cp:revision>4</cp:revision>
  <dcterms:created xsi:type="dcterms:W3CDTF">2013-12-23T23:15:00Z</dcterms:created>
  <dcterms:modified xsi:type="dcterms:W3CDTF">2025-07-07T11:29:00Z</dcterms:modified>
  <cp:category/>
</cp:coreProperties>
</file>