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2C2" w:rsidRPr="009D0385" w:rsidRDefault="009D0385" w:rsidP="00493137">
      <w:pPr>
        <w:pStyle w:val="1"/>
        <w:jc w:val="center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D0385">
        <w:rPr>
          <w:rFonts w:ascii="Times New Roman" w:hAnsi="Times New Roman" w:cs="Times New Roman"/>
          <w:color w:val="auto"/>
          <w:sz w:val="22"/>
          <w:szCs w:val="22"/>
          <w:lang w:val="ru-RU"/>
        </w:rPr>
        <w:t>Правила использования платформы знакомств "</w:t>
      </w:r>
      <w:proofErr w:type="spellStart"/>
      <w:r w:rsidRPr="009D0385">
        <w:rPr>
          <w:rFonts w:ascii="Times New Roman" w:hAnsi="Times New Roman" w:cs="Times New Roman"/>
          <w:color w:val="auto"/>
          <w:sz w:val="22"/>
          <w:szCs w:val="22"/>
          <w:lang w:val="ru-RU"/>
        </w:rPr>
        <w:t>Сомолитвенники</w:t>
      </w:r>
      <w:proofErr w:type="spellEnd"/>
      <w:r w:rsidRPr="009D0385">
        <w:rPr>
          <w:rFonts w:ascii="Times New Roman" w:hAnsi="Times New Roman" w:cs="Times New Roman"/>
          <w:color w:val="auto"/>
          <w:sz w:val="22"/>
          <w:szCs w:val="22"/>
          <w:lang w:val="ru-RU"/>
        </w:rPr>
        <w:t>"</w:t>
      </w:r>
    </w:p>
    <w:p w:rsidR="00C472C2" w:rsidRPr="009D0385" w:rsidRDefault="009D0385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D0385">
        <w:rPr>
          <w:rFonts w:ascii="Times New Roman" w:hAnsi="Times New Roman" w:cs="Times New Roman"/>
          <w:color w:val="auto"/>
          <w:sz w:val="22"/>
          <w:szCs w:val="22"/>
          <w:lang w:val="ru-RU"/>
        </w:rPr>
        <w:t>1. Общие положения</w:t>
      </w:r>
    </w:p>
    <w:p w:rsidR="00C472C2" w:rsidRPr="009D0385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 xml:space="preserve">1.1. Настоящие Правила регулируют условия использования веб-платформы знакомств, расположенной по адресу: </w:t>
      </w:r>
      <w:r w:rsidRPr="009D0385">
        <w:rPr>
          <w:rFonts w:ascii="Times New Roman" w:hAnsi="Times New Roman" w:cs="Times New Roman"/>
        </w:rPr>
        <w:t>https</w:t>
      </w:r>
      <w:r w:rsidRPr="009D0385">
        <w:rPr>
          <w:rFonts w:ascii="Times New Roman" w:hAnsi="Times New Roman" w:cs="Times New Roman"/>
          <w:lang w:val="ru-RU"/>
        </w:rPr>
        <w:t>://</w:t>
      </w:r>
      <w:proofErr w:type="spellStart"/>
      <w:r w:rsidRPr="009D0385">
        <w:rPr>
          <w:rFonts w:ascii="Times New Roman" w:hAnsi="Times New Roman" w:cs="Times New Roman"/>
        </w:rPr>
        <w:t>znakomstva</w:t>
      </w:r>
      <w:proofErr w:type="spellEnd"/>
      <w:r w:rsidRPr="009D0385">
        <w:rPr>
          <w:rFonts w:ascii="Times New Roman" w:hAnsi="Times New Roman" w:cs="Times New Roman"/>
          <w:lang w:val="ru-RU"/>
        </w:rPr>
        <w:t>.</w:t>
      </w:r>
      <w:proofErr w:type="spellStart"/>
      <w:r w:rsidRPr="009D0385">
        <w:rPr>
          <w:rFonts w:ascii="Times New Roman" w:hAnsi="Times New Roman" w:cs="Times New Roman"/>
        </w:rPr>
        <w:t>somolitvenniki</w:t>
      </w:r>
      <w:proofErr w:type="spellEnd"/>
      <w:r w:rsidRPr="009D0385">
        <w:rPr>
          <w:rFonts w:ascii="Times New Roman" w:hAnsi="Times New Roman" w:cs="Times New Roman"/>
          <w:lang w:val="ru-RU"/>
        </w:rPr>
        <w:t>.</w:t>
      </w:r>
      <w:proofErr w:type="spellStart"/>
      <w:r w:rsidRPr="009D0385">
        <w:rPr>
          <w:rFonts w:ascii="Times New Roman" w:hAnsi="Times New Roman" w:cs="Times New Roman"/>
        </w:rPr>
        <w:t>ru</w:t>
      </w:r>
      <w:proofErr w:type="spellEnd"/>
      <w:r w:rsidRPr="009D0385">
        <w:rPr>
          <w:rFonts w:ascii="Times New Roman" w:hAnsi="Times New Roman" w:cs="Times New Roman"/>
          <w:lang w:val="ru-RU"/>
        </w:rPr>
        <w:t xml:space="preserve"> (далее — Платформа), и являются обязательными для всех зарегистрированных пользователей.</w:t>
      </w:r>
    </w:p>
    <w:p w:rsidR="00C472C2" w:rsidRPr="009D0385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>1.2. Платформа предоставляет пользователям техническую возможность размещать информацию о себе, взаимодействовать с другими пользователями (включая обмен сообщениями) и использовать сервисы платформы.</w:t>
      </w:r>
    </w:p>
    <w:p w:rsidR="00C472C2" w:rsidRPr="009D0385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>1.3. Платформа не несёт ответственности за действия пользователей, за содержание размещаемых ими анкет, сообщений и другой информации, а также за последствия взаимодействий между пользователями.</w:t>
      </w:r>
    </w:p>
    <w:p w:rsidR="00C472C2" w:rsidRPr="009D0385" w:rsidRDefault="009D0385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D0385">
        <w:rPr>
          <w:rFonts w:ascii="Times New Roman" w:hAnsi="Times New Roman" w:cs="Times New Roman"/>
          <w:color w:val="auto"/>
          <w:sz w:val="22"/>
          <w:szCs w:val="22"/>
          <w:lang w:val="ru-RU"/>
        </w:rPr>
        <w:t>2. Ответственность сторон</w:t>
      </w:r>
    </w:p>
    <w:p w:rsidR="00C472C2" w:rsidRPr="009D0385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>2.1. Платформа является только техническим посредником для взаимодействия пользователей и не выступает участником личных, финансовых, эмоциональных, романтических или иных отношений, возникающих между ними.</w:t>
      </w:r>
    </w:p>
    <w:p w:rsidR="00C472C2" w:rsidRPr="009D0385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>2.2. Пользователь понимает и соглашается, что:</w:t>
      </w:r>
      <w:r w:rsidRPr="009D0385">
        <w:rPr>
          <w:rFonts w:ascii="Times New Roman" w:hAnsi="Times New Roman" w:cs="Times New Roman"/>
          <w:lang w:val="ru-RU"/>
        </w:rPr>
        <w:br/>
        <w:t>- Платформа не проверяет все действия пользователей и не может гарантировать их добросовестность;</w:t>
      </w:r>
      <w:r w:rsidRPr="009D0385">
        <w:rPr>
          <w:rFonts w:ascii="Times New Roman" w:hAnsi="Times New Roman" w:cs="Times New Roman"/>
          <w:lang w:val="ru-RU"/>
        </w:rPr>
        <w:br/>
        <w:t>- Пользователь самостоятельно принимает решения об общении, встречах и других действиях, вытекающих из использования платформы;</w:t>
      </w:r>
      <w:r w:rsidRPr="009D0385">
        <w:rPr>
          <w:rFonts w:ascii="Times New Roman" w:hAnsi="Times New Roman" w:cs="Times New Roman"/>
          <w:lang w:val="ru-RU"/>
        </w:rPr>
        <w:br/>
        <w:t>- Все возможные последствия общения (в том числе, но не ограничиваясь: обман, мошенничество, домогательства, угрозы и др.) являются личной ответственностью участников общения.</w:t>
      </w:r>
    </w:p>
    <w:p w:rsidR="00C472C2" w:rsidRPr="009D0385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>2.3. Платформа не несёт ответственности за:</w:t>
      </w:r>
      <w:r w:rsidRPr="009D0385">
        <w:rPr>
          <w:rFonts w:ascii="Times New Roman" w:hAnsi="Times New Roman" w:cs="Times New Roman"/>
          <w:lang w:val="ru-RU"/>
        </w:rPr>
        <w:br/>
        <w:t>- Поведение других пользователей;</w:t>
      </w:r>
      <w:r w:rsidRPr="009D0385">
        <w:rPr>
          <w:rFonts w:ascii="Times New Roman" w:hAnsi="Times New Roman" w:cs="Times New Roman"/>
          <w:lang w:val="ru-RU"/>
        </w:rPr>
        <w:br/>
        <w:t>- Достоверность информации, размещённой в анкетах и сообщениях;</w:t>
      </w:r>
      <w:r w:rsidRPr="009D0385">
        <w:rPr>
          <w:rFonts w:ascii="Times New Roman" w:hAnsi="Times New Roman" w:cs="Times New Roman"/>
          <w:lang w:val="ru-RU"/>
        </w:rPr>
        <w:br/>
        <w:t>- Последствия любых онлайн- или офлайн-взаимодействий, начавшихся через платформу;</w:t>
      </w:r>
      <w:r w:rsidRPr="009D0385">
        <w:rPr>
          <w:rFonts w:ascii="Times New Roman" w:hAnsi="Times New Roman" w:cs="Times New Roman"/>
          <w:lang w:val="ru-RU"/>
        </w:rPr>
        <w:br/>
        <w:t>- Любые убытки, понесённые в результате использования платформы.</w:t>
      </w:r>
    </w:p>
    <w:p w:rsidR="00C472C2" w:rsidRPr="009D0385" w:rsidRDefault="009D0385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D0385">
        <w:rPr>
          <w:rFonts w:ascii="Times New Roman" w:hAnsi="Times New Roman" w:cs="Times New Roman"/>
          <w:color w:val="auto"/>
          <w:sz w:val="22"/>
          <w:szCs w:val="22"/>
          <w:lang w:val="ru-RU"/>
        </w:rPr>
        <w:t>3. Обязанности пользователя</w:t>
      </w:r>
    </w:p>
    <w:p w:rsidR="00C472C2" w:rsidRPr="009D0385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>Пользователь обязуется:</w:t>
      </w:r>
      <w:r w:rsidRPr="009D0385">
        <w:rPr>
          <w:rFonts w:ascii="Times New Roman" w:hAnsi="Times New Roman" w:cs="Times New Roman"/>
          <w:lang w:val="ru-RU"/>
        </w:rPr>
        <w:br/>
        <w:t>- Указывать достоверные данные при регистрации и заполнении анкеты;</w:t>
      </w:r>
      <w:r w:rsidRPr="009D0385">
        <w:rPr>
          <w:rFonts w:ascii="Times New Roman" w:hAnsi="Times New Roman" w:cs="Times New Roman"/>
          <w:lang w:val="ru-RU"/>
        </w:rPr>
        <w:br/>
        <w:t>- Соблюдать нормы законодательства РФ, в том числе не размещать и не распространять запрещённый контент (экстремистский, порнографический, мошеннический и т.п.);</w:t>
      </w:r>
      <w:r w:rsidRPr="009D0385">
        <w:rPr>
          <w:rFonts w:ascii="Times New Roman" w:hAnsi="Times New Roman" w:cs="Times New Roman"/>
          <w:lang w:val="ru-RU"/>
        </w:rPr>
        <w:br/>
        <w:t>- Воздерживаться от оскорблений, угроз, преследования, дискриминации и иных форм агрессивного поведения;</w:t>
      </w:r>
      <w:r w:rsidRPr="009D0385">
        <w:rPr>
          <w:rFonts w:ascii="Times New Roman" w:hAnsi="Times New Roman" w:cs="Times New Roman"/>
          <w:lang w:val="ru-RU"/>
        </w:rPr>
        <w:br/>
        <w:t>- Не использовать платформу в коммерческих, рекламных, мошеннических целях;</w:t>
      </w:r>
      <w:r w:rsidRPr="009D0385">
        <w:rPr>
          <w:rFonts w:ascii="Times New Roman" w:hAnsi="Times New Roman" w:cs="Times New Roman"/>
          <w:lang w:val="ru-RU"/>
        </w:rPr>
        <w:br/>
        <w:t>- Не выдавать себя за другое лицо;</w:t>
      </w:r>
      <w:r w:rsidRPr="009D0385">
        <w:rPr>
          <w:rFonts w:ascii="Times New Roman" w:hAnsi="Times New Roman" w:cs="Times New Roman"/>
          <w:lang w:val="ru-RU"/>
        </w:rPr>
        <w:br/>
        <w:t>- Уважительно относиться к другим участникам платформы.</w:t>
      </w:r>
    </w:p>
    <w:p w:rsidR="00C472C2" w:rsidRPr="009D0385" w:rsidRDefault="009D0385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D0385">
        <w:rPr>
          <w:rFonts w:ascii="Times New Roman" w:hAnsi="Times New Roman" w:cs="Times New Roman"/>
          <w:color w:val="auto"/>
          <w:sz w:val="22"/>
          <w:szCs w:val="22"/>
          <w:lang w:val="ru-RU"/>
        </w:rPr>
        <w:lastRenderedPageBreak/>
        <w:t xml:space="preserve">4. </w:t>
      </w:r>
      <w:proofErr w:type="spellStart"/>
      <w:r w:rsidRPr="009D0385">
        <w:rPr>
          <w:rFonts w:ascii="Times New Roman" w:hAnsi="Times New Roman" w:cs="Times New Roman"/>
          <w:color w:val="auto"/>
          <w:sz w:val="22"/>
          <w:szCs w:val="22"/>
          <w:lang w:val="ru-RU"/>
        </w:rPr>
        <w:t>Модерация</w:t>
      </w:r>
      <w:proofErr w:type="spellEnd"/>
    </w:p>
    <w:p w:rsidR="00C472C2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 xml:space="preserve">4.1. Все анкеты проходят персональную </w:t>
      </w:r>
      <w:proofErr w:type="spellStart"/>
      <w:r w:rsidRPr="009D0385">
        <w:rPr>
          <w:rFonts w:ascii="Times New Roman" w:hAnsi="Times New Roman" w:cs="Times New Roman"/>
          <w:lang w:val="ru-RU"/>
        </w:rPr>
        <w:t>модерацию</w:t>
      </w:r>
      <w:proofErr w:type="spellEnd"/>
      <w:r w:rsidRPr="009D0385">
        <w:rPr>
          <w:rFonts w:ascii="Times New Roman" w:hAnsi="Times New Roman" w:cs="Times New Roman"/>
          <w:lang w:val="ru-RU"/>
        </w:rPr>
        <w:t xml:space="preserve"> перед публикацией. Платформа оставляет за собой право:</w:t>
      </w:r>
      <w:r w:rsidRPr="009D0385">
        <w:rPr>
          <w:rFonts w:ascii="Times New Roman" w:hAnsi="Times New Roman" w:cs="Times New Roman"/>
          <w:lang w:val="ru-RU"/>
        </w:rPr>
        <w:br/>
        <w:t>- отклонить анкету без объяснения причин;</w:t>
      </w:r>
      <w:r w:rsidRPr="009D0385">
        <w:rPr>
          <w:rFonts w:ascii="Times New Roman" w:hAnsi="Times New Roman" w:cs="Times New Roman"/>
          <w:lang w:val="ru-RU"/>
        </w:rPr>
        <w:br/>
        <w:t>- удалить анкету или пользователя, нарушающего Правила;</w:t>
      </w:r>
      <w:r w:rsidRPr="009D0385">
        <w:rPr>
          <w:rFonts w:ascii="Times New Roman" w:hAnsi="Times New Roman" w:cs="Times New Roman"/>
          <w:lang w:val="ru-RU"/>
        </w:rPr>
        <w:br/>
        <w:t>- приостановить доступ к платформе при подозрении на недобросовестное или противозаконное поведение.</w:t>
      </w:r>
    </w:p>
    <w:p w:rsidR="00E677EE" w:rsidRDefault="00E677EE" w:rsidP="00E677EE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E677EE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5. </w:t>
      </w:r>
      <w:r w:rsidRPr="00E677EE">
        <w:rPr>
          <w:rFonts w:ascii="Times New Roman" w:hAnsi="Times New Roman" w:cs="Times New Roman"/>
          <w:color w:val="auto"/>
          <w:sz w:val="22"/>
          <w:szCs w:val="22"/>
          <w:lang w:val="ru-RU"/>
        </w:rPr>
        <w:t>Неактивные учетные записи</w:t>
      </w:r>
    </w:p>
    <w:p w:rsidR="00E677EE" w:rsidRDefault="00E677EE" w:rsidP="00E677EE">
      <w:pPr>
        <w:rPr>
          <w:rFonts w:ascii="Times New Roman" w:hAnsi="Times New Roman" w:cs="Times New Roman"/>
          <w:lang w:val="ru-RU"/>
        </w:rPr>
      </w:pPr>
      <w:r w:rsidRPr="00E677EE">
        <w:rPr>
          <w:rFonts w:ascii="Times New Roman" w:hAnsi="Times New Roman" w:cs="Times New Roman"/>
          <w:lang w:val="ru-RU"/>
        </w:rPr>
        <w:t>5.1. В целях поддержания актуальности базы пользователей и качества работы Платформы Администрация вправе удалять учетные записи пользователей, которые длительное время не проявляют активности и не завер</w:t>
      </w:r>
      <w:r>
        <w:rPr>
          <w:rFonts w:ascii="Times New Roman" w:hAnsi="Times New Roman" w:cs="Times New Roman"/>
          <w:lang w:val="ru-RU"/>
        </w:rPr>
        <w:t>шили заполнение своего профиля.</w:t>
      </w:r>
    </w:p>
    <w:p w:rsidR="00E677EE" w:rsidRDefault="00E677EE" w:rsidP="00E677EE">
      <w:pPr>
        <w:rPr>
          <w:rFonts w:ascii="Times New Roman" w:hAnsi="Times New Roman" w:cs="Times New Roman"/>
          <w:lang w:val="ru-RU"/>
        </w:rPr>
      </w:pPr>
      <w:r w:rsidRPr="00E677EE">
        <w:rPr>
          <w:rFonts w:ascii="Times New Roman" w:hAnsi="Times New Roman" w:cs="Times New Roman"/>
          <w:lang w:val="ru-RU"/>
        </w:rPr>
        <w:t>5.2. Под удаление могут подпадать учетные записи, зарегистрированные более одного месяца назад, если профиль пользователя не заполнен в объеме, необходим</w:t>
      </w:r>
      <w:r>
        <w:rPr>
          <w:rFonts w:ascii="Times New Roman" w:hAnsi="Times New Roman" w:cs="Times New Roman"/>
          <w:lang w:val="ru-RU"/>
        </w:rPr>
        <w:t>ом для использования Платформы.</w:t>
      </w:r>
    </w:p>
    <w:p w:rsidR="00E677EE" w:rsidRPr="00E677EE" w:rsidRDefault="00E677EE" w:rsidP="00E677EE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E677EE">
        <w:rPr>
          <w:rFonts w:ascii="Times New Roman" w:hAnsi="Times New Roman" w:cs="Times New Roman"/>
          <w:lang w:val="ru-RU"/>
        </w:rPr>
        <w:t>5.3. Удаление такой учетной записи не препятствует повторной регистрации пользователя на Платформе в дальнейшем.</w:t>
      </w:r>
    </w:p>
    <w:p w:rsidR="00C472C2" w:rsidRPr="009D0385" w:rsidRDefault="009D0385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D0385">
        <w:rPr>
          <w:rFonts w:ascii="Times New Roman" w:hAnsi="Times New Roman" w:cs="Times New Roman"/>
          <w:color w:val="auto"/>
          <w:sz w:val="22"/>
          <w:szCs w:val="22"/>
          <w:lang w:val="ru-RU"/>
        </w:rPr>
        <w:t>5. Разрешение споров</w:t>
      </w:r>
    </w:p>
    <w:p w:rsidR="00C472C2" w:rsidRPr="009D0385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>5.1. Все споры и претензии, возникающие между пользователями, решаются между ними самостоятельно. Платформа не обязана участвовать в разрешении конфликтов, но вправе заблокировать или удалить пользователей при наличии обоснованных жалоб.</w:t>
      </w:r>
    </w:p>
    <w:p w:rsidR="00C472C2" w:rsidRPr="009D0385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>5.2. В случае необходимости пользователь вправе обратиться в правоохранительные органы. Платформа, по запросу соответствующих органов, может предоставить доступную информацию, если это предусмотрено законом.</w:t>
      </w:r>
    </w:p>
    <w:p w:rsidR="00C472C2" w:rsidRPr="009D0385" w:rsidRDefault="009D0385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D0385">
        <w:rPr>
          <w:rFonts w:ascii="Times New Roman" w:hAnsi="Times New Roman" w:cs="Times New Roman"/>
          <w:color w:val="auto"/>
          <w:sz w:val="22"/>
          <w:szCs w:val="22"/>
          <w:lang w:val="ru-RU"/>
        </w:rPr>
        <w:t>6. Изменение правил</w:t>
      </w:r>
    </w:p>
    <w:p w:rsidR="00C472C2" w:rsidRPr="009D0385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>6.1. Платформа вправе в любое время вносить изменения в настоящие Правила. Новая редакция вступает в силу с момента её публикации на сайте.</w:t>
      </w:r>
    </w:p>
    <w:p w:rsidR="00C472C2" w:rsidRPr="009D0385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>6.2. Продолжение использования Платформы означает согласие с актуальной редакцией Правил.</w:t>
      </w:r>
    </w:p>
    <w:p w:rsidR="00C472C2" w:rsidRPr="009D0385" w:rsidRDefault="009D0385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D0385">
        <w:rPr>
          <w:rFonts w:ascii="Times New Roman" w:hAnsi="Times New Roman" w:cs="Times New Roman"/>
          <w:color w:val="auto"/>
          <w:sz w:val="22"/>
          <w:szCs w:val="22"/>
          <w:lang w:val="ru-RU"/>
        </w:rPr>
        <w:t>7. Согласие</w:t>
      </w:r>
    </w:p>
    <w:p w:rsidR="00C472C2" w:rsidRPr="009D0385" w:rsidRDefault="009D0385">
      <w:pPr>
        <w:rPr>
          <w:rFonts w:ascii="Times New Roman" w:hAnsi="Times New Roman" w:cs="Times New Roman"/>
          <w:lang w:val="ru-RU"/>
        </w:rPr>
      </w:pPr>
      <w:r w:rsidRPr="009D0385">
        <w:rPr>
          <w:rFonts w:ascii="Times New Roman" w:hAnsi="Times New Roman" w:cs="Times New Roman"/>
          <w:lang w:val="ru-RU"/>
        </w:rPr>
        <w:t>Регистрируясь на Платформе, пользователь подтверждает, что ознакомился и согласен с:</w:t>
      </w:r>
      <w:r w:rsidRPr="009D0385">
        <w:rPr>
          <w:rFonts w:ascii="Times New Roman" w:hAnsi="Times New Roman" w:cs="Times New Roman"/>
          <w:lang w:val="ru-RU"/>
        </w:rPr>
        <w:br/>
        <w:t>- настоящими Правилами;</w:t>
      </w:r>
      <w:r w:rsidRPr="009D0385">
        <w:rPr>
          <w:rFonts w:ascii="Times New Roman" w:hAnsi="Times New Roman" w:cs="Times New Roman"/>
          <w:lang w:val="ru-RU"/>
        </w:rPr>
        <w:br/>
        <w:t>- Пользовательским соглашением;</w:t>
      </w:r>
      <w:r w:rsidRPr="009D0385">
        <w:rPr>
          <w:rFonts w:ascii="Times New Roman" w:hAnsi="Times New Roman" w:cs="Times New Roman"/>
          <w:lang w:val="ru-RU"/>
        </w:rPr>
        <w:br/>
        <w:t>- Политикой конфиденциальности;</w:t>
      </w:r>
      <w:r w:rsidRPr="009D0385">
        <w:rPr>
          <w:rFonts w:ascii="Times New Roman" w:hAnsi="Times New Roman" w:cs="Times New Roman"/>
          <w:lang w:val="ru-RU"/>
        </w:rPr>
        <w:br/>
        <w:t>- Согласием на обработку персональных данных.</w:t>
      </w:r>
    </w:p>
    <w:sectPr w:rsidR="00C472C2" w:rsidRPr="009D03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3137"/>
    <w:rsid w:val="009D0385"/>
    <w:rsid w:val="00AA1D8D"/>
    <w:rsid w:val="00B47730"/>
    <w:rsid w:val="00C472C2"/>
    <w:rsid w:val="00CB0664"/>
    <w:rsid w:val="00E677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139C1"/>
  <w14:defaultImageDpi w14:val="300"/>
  <w15:docId w15:val="{7BA588D1-91C3-4C06-9C22-452801C5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590EA2-256E-46AD-B9C1-4AE20CE5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Майоров Алексей Владимирович</cp:lastModifiedBy>
  <cp:revision>4</cp:revision>
  <dcterms:created xsi:type="dcterms:W3CDTF">2013-12-23T23:15:00Z</dcterms:created>
  <dcterms:modified xsi:type="dcterms:W3CDTF">2026-07-14T14:35:00Z</dcterms:modified>
  <cp:category/>
</cp:coreProperties>
</file>